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الصورة الشعرية عند بشار بن برد وأبي العلاء المعري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عبد الله أبية/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بشار بن برد/ الصورة الشعرية/ ابي العلاء المعري/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