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عند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زهارة مريم/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الوصف/ البحتري/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