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المشهدية في طرديات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شليغوم الحسين/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نواس/ الصورة/ الفنون/ المشهدية/ الطرديات/ علم السرد/ الإحتفالية/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