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أبي تمام في ميزان النقد دراسة مقارنة بين التصورين القديم والحديث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مسكين سعيدة/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أبي تمام/ الشعرية/ النقاد القدامى/ النقاد المحدثين/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