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المفارقة عند أبي فراس الحمداني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زهدي مريم/ قاب فيروز/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الشعرية/ أبي فراس الحمداني/ المفارقة/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