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الإيقاع في سيفيات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رقية/ بوقروة عفاف/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الإيقاع/ السيفيات/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