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سوسيو نصية لديوان جميل بثينة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بوحناش نعيمة/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الأموي/ الغزل/ البادية/ المنهج السوسيونصي/ البنيوية التكوينية/ لوسيان غولدمان/ ديوان جميل بثينة/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