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كتاب الإمتاع والمؤانسة لأبي حيان التوحيدي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كتاب الإمتاع و المؤانسة/ أدب المجالس و المسامرات/ الإشاريات/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