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المكان في ديوان اللهب المقدس لمفدي زكرياء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مبارك مسعودة/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مفدي زكرياء/ اسم المكان/ اللهب المقدس/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