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الهجاء عند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الحطيئة/ الشعر/ الهجاء/ 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