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رسائل أبي الفضل بن محشرة البجائي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مخاترة عفاف/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الرسالة/ الأدب الجزائري القديم/ صورة الآخر/ أبي الفضل بن محشرة البجائي/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