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الصوفية في ديوان أسرار الغربة لمحمد مصطفى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ميروح بشرى/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الصوفية/ أسرار الغربة/ مصطفى محمد الغماري/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