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اللغة في ديوان مسافات 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رنيخ زي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لغة الشعرية/ تشكيل/ ديوان مساف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