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النبوي في قصيدة دعني عذولي للمنداسي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كعوش زينب/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الشعبي/ التصوف/ المديح النبوي/ المدونة/ سعيد المنداسي/ الشعراء الجزائريين/ الأدب الفصيح/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