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الحضور النحوي في معجم المنجد الأبجدي لدار الشرق بيروت لبنان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معمري نهلة/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بيروت/ النحو/ معجم المنجد/ دار الشروق/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