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الإعتقاد من منظور ابن تميمة قراءة في كتاب إقتضاء سراط مستق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ليوة ناصر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إعتقاد/ ابن تي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