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المبيعات/ إدارة الأعمال/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