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الاستثمار والمحافظ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خلفان حمد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9789957580773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المالية/ الإستثمار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