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الائتمان بالمصارف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الائتمان/ المصارف/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