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قات المالية : الهندس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