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التامين : المفهوم والاهداف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أسامة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9789957991098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