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اقتصاديات الموازنة العامة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عدنان حسين الخياط/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الأيام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370ص.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9789957951504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الإقتصاد/ الموازنة/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