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والفشل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حيدر عباس عبد الله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