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عبر وسائل التواصل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ليندا كولز/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وسائل التواصل الإجتماعي/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