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التخطيط المالي للتنمية الاقتصادية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عماد السخن/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أمجد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9789957991456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التنمية الإقتصادية/ التخطيط المالي/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