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الاندماج المصرفي وخصخصة البنوك : تحليل مقارن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المطلب عبد الحميد/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9789774223013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الإندماج المصرفي/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