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الموازي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إيهاب علي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9789957951320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الأحوال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