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المالي  : بين النظرية والتطبيق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خبابة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الجامعة الجديدة/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9789777291996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الإقتصاد المالي/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