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مغاربي والتكتلات الاقلي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و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19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مل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