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العامة : منظور كلي في البنية والتحليل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فهمي خليفة الفهداوي/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9789957061456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العامة/ السياسة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