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والية مكافحتها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زوزو زوليخة/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9789957579791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الصفقات العمومية/ التشريع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