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9789957721213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تكنولوجيا المعلومات/ العمل الإداري/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