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مقالات في اللغة ، اشكالات ورؤى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أ. سليم مزهود/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9789947066395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مقالات/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