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موسوعة التمويل : التمويل  الدولي (1)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إبراهيم السيد/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التعليم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030106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التمويل/ التمويل الدولي/ موسوعات/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