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عرض مهني من منظور حضاري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ماهر الجعبري/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الثقافة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