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علم الاقتصاد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فاضل عباس مهدي/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الطليعة/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الإقتصاد/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