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معارضة ابن هانئ الأندلسي للمتنبي دراسة موازنة في اللغة والصورة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كردود ربيع/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اللغة/ المتنبي/ الصورة الشعرية/ ابن هانئ الأندلسي/ المعارضة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