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 والعمليات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حمود سكينة/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9789961673195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الإدارة/ التسيير/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