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التسويق في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عفيف عبدالحافظ الغنيمات/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