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الاستثمار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خلفان أحمد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9789957610197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الإستثمار/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