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ريادة الاعمال وادارة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9789957226626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الصغيرة/ الريادة/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