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نقود وبنوك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الفاتح محمود بشير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9789957594220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