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المعلومات التسويقية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خري عبد الناصر/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9789961932940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المعلومات/ التسويق/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