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Contrôlabilité des systémes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bounamous saida/ Labed Boudjema(encadreur),Laouira Widad(Président),Sakhane Chafika(Examinateur),/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Contrôlabilité/ système de contrôle linéaire/ système de contrôle non linéaire/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