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الشاعر المادح سيدي الحاج محمد بن يلس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عطاء الله بن يلس/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9789931384373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