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محمد عبد الكريم المغيلي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شترة/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