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تحذير العبقري من محاضرات الخضري :او افادة الاخيار ببراءة الابرار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9789931384052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