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الحقيقة والمجاز في الرحلة الى الحجاز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مخلوفي ميلود المحفوظي/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9789931902058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