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سقوط غرناطة وماساة الاندلسيين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يحياوي/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9789931384007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