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المساجد و الزوايا في مدينة قسنطينة الاثرية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9789931374053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